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מצויר – כפר 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ולהבין 14 מילות מפתח בנושא העולם הגלובלי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כמו הגירה, עלייה וגלובליזציה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מושגים דומים כמו עיר וכפר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אוכלוסייה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מקום קטן ושקט עם 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מעבר לגור במקום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 כדור הארץ וכל האנשים שגרים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(ציור של מקום מלמעלה)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(מדברים ושולחים הודעות למקום 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(מביאה סחורה 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עיר גדולה עם בניינים, כפר קטן ושקט עם 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עיר גדולה עם הרבה בניינים, כפר קטן ושקט עם שדות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העולם מחובר - סחורות, רעיונות ואנשים עוברים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מטוס, אונייה, תקשורת או 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ההגייה של כל מילה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מילה לדוגמה מהחיים של התלמידים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מתאימים לתלמידים מתקדמים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מצויר – כפר 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מילים חשובות שעוזרות להבין איך העולם מחובר - איך אנשים, סחורות ורעיונות עוברים בין מדינות.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עולם  ·  עיר  ·  מטוס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המילה המתאימה ל'כל האנשים שגרים במקום'?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מאפיין כפר?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הרבה בניינים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מקום קטן ושקט עם שדות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הרבה זיהום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הגירה?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טיסה במטוס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מעבר לגור במקום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שליחת הודעות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מדברים ושולחים הודעות למקום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 כדור הארץ וכל האנשים שגרים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מביאה סחורה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ציור של מקום מלמעלה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כל כדור הארץ וכל האנשים שגרים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היא מקום גדול עם הרבה אנשים ובניינים.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טס מהר ממדינה למדינה.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כפר הוא מקום גדול עם הרבה בניינים.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אוכלוסייה היא כל האנשים שגרים במקום.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עיר לכפר?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גלובליזציה?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מצויר – כפר עולמי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