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מצויר – כפר 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ולהבין 14 מילות מפתח בנושא העולם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כמו הגירה, עלייה וגלובליזציה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מושגים דומים כמו עיר וכפר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אוכלוסייה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קטן ושקט עם 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מעבר לגור במקום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יהודים שעוברים לגור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העולם מחובר - סחורות ורעיונות עוברים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לכלוך באוויר, במים או באדמה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(כל כדור הארץ וכל האנשים שגרים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(ציור של מקום מלמעלה)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(מדברים ושולחים הודעות למקום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(מביאה סחורה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(הבדל גדול בין מקומות או בין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(כל מה שמסביב לנו - טבע, בתים ואנשים)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זיהום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עיר גדולה עם בניינים, כפר קטן ושקט עם 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מוגדרת המילה 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- גלובליזציה פירושה שהעולם 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המדויקת של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דוגמה אחת לפחות (מטוס, אונייה, אינטרנט) והסבר איך זה מקרב בין אנשים או 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עיר גדולה עם הרבה בניינים, כפר קטן ושקט עם שדות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העולם מחובר - סחורות, רעיונות ואנשים עוברים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מטוס, אונייה, תקשורת או 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ההגייה של כל מילה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מילה לדוגמה מהחיים של התלמידים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לתלמידים מתקדמים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מצויר – כפר 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חדשות. המילים עוזרות להבין איך אנשים ומדינות בעולם מחוברים אחד לשני.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כדור הארץ וכל האנשים שגרים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האנשים שגרים במקום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לגור במקום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יהודים שעוברים לגור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העולם מחובר - סחורות ורעיונות עוברים בין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 גדול בין מקומות או בין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זיהום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לכלוך באוויר, במים או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שמסביב לנו - טבע, בתים ואנשים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את כל האנשים שגרים במקום?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בניינים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קטן ושקט עם שדות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הרבה זיהום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'הגירה'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טיסה במטוס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מעבר לגור במקום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שליחת הודעות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של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'עלייה'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יהודים שעוברים לגור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טיסה לחוץ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מכפר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שליחת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'גלובליזציה'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העולם מחובר - סחורות ורעיונות עוברים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זיהום האוויר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של 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האנשים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'זיהום'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הבדל גדול בין מקומות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לכלוך באוויר, במים או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אנייה שמביאה סחורה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אמצעי תקשורת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ציור של מקום מלמעלה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הבדל גדול בין מקומות או בין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מביאה סחורה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מדברים ושולחים הודעות למקום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מה שמסביב לנו - טבע, בתים ואנשים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סביבה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כל כדור הארץ וכל האנשים שגרים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כל כדור הארץ וכל האנשים שגרים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מקום גדול עם הרבה אנשים ובניינים.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טס מהר ממדינה למדינה.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כשאנשים עוברים לגור במקום אחר, זה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כשהעולם מחובר וסחורות ורעיונות עוברים בין מדינות, זו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לכלוך באוויר, במים או באדמה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 הוא מקום גדול עם הרבה בניינים.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אוכלוסייה היא כל האנשים שגרים במקום.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היא מעבר של יהודים לגור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פירושה שהעולם מנותק ואין קשר בין 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הוא הבדל גדול בין מקומות או בין אנשים.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2-3 משפטים: איך תקשורת ותחבורה (כמו מטוסים ואוניות) עוזרות לחבר בין מדינות בעולם?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עיר לכפר?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גלובליזציה?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למשהו שמחבר בין מדינות בעולם.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מצויר – כפר עולמי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